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Mailvorlagen - Ausbildung ohne Schule</w:t>
      </w:r>
    </w:p>
    <w:p>
      <w:r>
        <w:t>Die Texte können direkt kopiert und an die jeweilige Einrichtung angepasst werden. Bitte Ansprechpartner und persönliche Anrede ergänzen, wenn sie bekannt sind.</w:t>
      </w:r>
    </w:p>
    <w:p>
      <w:pPr>
        <w:pStyle w:val="Heading1"/>
      </w:pPr>
      <w:r/>
      <w:r>
        <w:t>Hinweis für Auszubildende, die die Berufsschule nicht besuchen können</w:t>
      </w:r>
    </w:p>
    <w:p>
      <w:r>
        <w:rPr>
          <w:b/>
        </w:rPr>
      </w:r>
      <w:r/>
      <w:r>
        <w:t>Betreff: Hinweis für Auszubildende, die die Berufsschule nicht besuchen können</w:t>
      </w:r>
    </w:p>
    <w:p>
      <w:r>
        <w:t>Guten Tag,</w:t>
      </w:r>
    </w:p>
    <w:p>
      <w:r>
        <w:t>ich möchte Sie auf das Projekt „Ausbildung ohne Schule“ aufmerksam machen.</w:t>
      </w:r>
    </w:p>
    <w:p>
      <w:r>
        <w:t>Die Webseite richtet sich an Auszubildende, für die der regelmäßige Berufsschulbesuch wegen Schulphobie, psychischer Belastung oder anderer gesundheitlicher Gründe kaum oder gar nicht möglich ist. Ich selbst habe meine Ausbildung im Garten- und Landschaftsbau unter solchen Bedingungen abgeschlossen.</w:t>
      </w:r>
    </w:p>
    <w:p>
      <w:r>
        <w:t>Auf der Seite teile ich meinen eigenen Weg, Hinweise zu möglichen Ansprechpartnern und Vorlagen für Gespräche mit Schule, Betrieb und Kammer. Es geht ausdrücklich nicht darum, den Schulbesuch einfach zu umgehen. Die Seite soll Betroffenen helfen, ihre Situation zu sortieren und frühzeitig die richtigen Stellen einzubeziehen.</w:t>
      </w:r>
    </w:p>
    <w:p>
      <w:r>
        <w:t>Vielleicht ist das Angebot für Ihre Vertrauenslehrkräfte, Beratungslehrkräfte oder einzelne betroffene Auszubildende hilfreich. Ich würde mich freuen, wenn Sie den Link intern weitergeben oder den beigefügten Flyer auslegen könnten.</w:t>
      </w:r>
    </w:p>
    <w:p>
      <w:r>
        <w:t>Webseite: www.ausbildungohneschule.de</w:t>
      </w:r>
    </w:p>
    <w:p>
      <w:r>
        <w:t>Bei Rückfragen erreichen Sie mich unter info@ausbildungohneschule.de.</w:t>
      </w:r>
    </w:p>
    <w:p>
      <w:r>
        <w:t>Freundliche Grüße</w:t>
        <w:br/>
        <w:t>Tobias</w:t>
        <w:br/>
        <w:t>Ausbildung ohne Schule</w:t>
      </w:r>
    </w:p>
    <w:p>
      <w:r>
        <w:br w:type="page"/>
      </w:r>
    </w:p>
    <w:p>
      <w:pPr>
        <w:pStyle w:val="Heading1"/>
      </w:pPr>
      <w:r>
        <w:t>Informationsangebot für Schülerinnen und Schüler mit Schulangst oder Schulphobie</w:t>
      </w:r>
    </w:p>
    <w:p>
      <w:r>
        <w:rPr>
          <w:b/>
        </w:rPr>
        <w:t xml:space="preserve">Betreff: </w:t>
      </w:r>
      <w:r>
        <w:t>Informationsangebot für Schülerinnen und Schüler mit Schulangst oder Schulphobie</w:t>
      </w:r>
    </w:p>
    <w:p>
      <w:r>
        <w:t>Guten Tag,</w:t>
      </w:r>
    </w:p>
    <w:p>
      <w:r>
        <w:t>ich melde mich mit einem Hinweis für Jugendliche, die eine Ausbildung beginnen möchten, aber große Schwierigkeiten mit dem Schulbesuch haben.</w:t>
      </w:r>
    </w:p>
    <w:p>
      <w:r/>
      <w:r>
        <w:t>Ich habe selbst eine Ausbildung im Garten- und Landschaftsbau abgeschlossen, obwohl ich wegen einer Art Schulphobie gar nicht am Berufsschulunterricht teilnehmen konnte. Bis ich die richtigen Ansprechpartner gefunden hatte, verging fast ein Jahr. Genau aus diesem Grund habe ich die Webseite „Ausbildung ohne Schule“ erstellt.</w:t>
      </w:r>
    </w:p>
    <w:p>
      <w:r>
        <w:t>Dort geht es um meinen persönlichen Weg, um Gespräche mit Berufsschule, Betrieb und Kammer und um die Frage, wie theoretische Inhalte eigenständig gelernt werden können. Zusätzlich gibt es Vorlagen und eine Übersicht möglicher Ansprechpartner.</w:t>
      </w:r>
    </w:p>
    <w:p>
      <w:r>
        <w:t>Das Angebot könnte besonders für Schulsozialarbeit, Beratungslehrkräfte, Berufsorientierung und Jugendliche in den Abschlussklassen interessant sein. Vielleicht möchten Sie den Link oder den Flyer an die entsprechende Stelle weitergeben.</w:t>
      </w:r>
    </w:p>
    <w:p>
      <w:r>
        <w:t>Webseite: www.ausbildungohneschule.de</w:t>
        <w:br/>
        <w:t>Kontakt: info@ausbildungohneschule.de</w:t>
      </w:r>
    </w:p>
    <w:p>
      <w:r>
        <w:t>Freundliche Grüße</w:t>
        <w:br/>
        <w:t>Tobias</w:t>
        <w:br/>
        <w:t>Ausbildung ohne Schule</w:t>
      </w:r>
    </w:p>
    <w:p>
      <w:r>
        <w:br w:type="page"/>
      </w:r>
    </w:p>
    <w:p>
      <w:pPr>
        <w:pStyle w:val="Heading1"/>
      </w:pPr>
      <w:r>
        <w:t>Hinweis für Beratungsstellen und pädagogische Fachbereiche</w:t>
      </w:r>
    </w:p>
    <w:p>
      <w:r>
        <w:rPr>
          <w:b/>
        </w:rPr>
        <w:t xml:space="preserve">Betreff: </w:t>
      </w:r>
      <w:r>
        <w:t>Hinweis für Beratungsstellen und pädagogische Fachbereiche</w:t>
      </w:r>
    </w:p>
    <w:p>
      <w:r>
        <w:t>Guten Tag,</w:t>
      </w:r>
    </w:p>
    <w:p>
      <w:r>
        <w:t>ich möchte Ihnen das private Informationsprojekt „Ausbildung ohne Schule“ vorstellen.</w:t>
      </w:r>
    </w:p>
    <w:p>
      <w:r/>
      <w:r>
        <w:t>Die Seite richtet sich an junge Menschen, die eine duale Ausbildung machen möchten oder bereits begonnen haben, aber wegen Schulphobie oder psychischer Belastung die Berufsschule wegen Schulphobie oder psychischer Belastung nicht besuchen können. Ich berichte dort aus eigener Erfahrung: Ich habe meine Ausbildung im Garten- und Landschaftsbau unter diesen Bedingungen abgeschlossen.</w:t>
      </w:r>
    </w:p>
    <w:p>
      <w:r>
        <w:t>Neben meinem Erfahrungsbericht finden sich Hinweise zu Ansprechpartnern, zur eigenständigen Prüfungsvorbereitung und zu Gesprächen mit Schule, Betrieb und Kammer. Das Angebot ersetzt keine Beratung. Es kann aber einen ersten Zugang schaffen, wenn Betroffene nicht wissen, an wen sie sich wenden sollen.</w:t>
      </w:r>
    </w:p>
    <w:p>
      <w:r>
        <w:t>Vielleicht ist die Webseite für Ihre psychologische Beratung, Studien- und Berufsberatung, Lehramtsausbildung oder sozialpädagogischen Fachbereiche interessant. Über eine Weitergabe des Links oder die Auslage des Flyers würde ich mich freuen.</w:t>
      </w:r>
    </w:p>
    <w:p>
      <w:r>
        <w:t>Webseite: www.ausbildungohneschule.de</w:t>
        <w:br/>
        <w:t>Kontakt: info@ausbildungohneschule.de</w:t>
      </w:r>
    </w:p>
    <w:p>
      <w:r>
        <w:t>Freundliche Grüße</w:t>
        <w:br/>
        <w:t>Tobias</w:t>
      </w:r>
    </w:p>
    <w:p>
      <w:r>
        <w:br w:type="page"/>
      </w:r>
    </w:p>
    <w:p>
      <w:pPr>
        <w:pStyle w:val="Heading1"/>
      </w:pPr>
      <w:r>
        <w:t>Informationsmaterial für junge Menschen mit Schulphobie in Ausbildung</w:t>
      </w:r>
    </w:p>
    <w:p>
      <w:r>
        <w:rPr>
          <w:b/>
        </w:rPr>
        <w:t xml:space="preserve">Betreff: </w:t>
      </w:r>
      <w:r>
        <w:t>Informationsmaterial für junge Menschen mit Schulphobie in Ausbildung</w:t>
      </w:r>
    </w:p>
    <w:p>
      <w:r>
        <w:t>Guten Tag,</w:t>
      </w:r>
    </w:p>
    <w:p>
      <w:r>
        <w:t>ich möchte Ihnen ein Informationsangebot vorstellen, das für einzelne Ratsuchende hilfreich sein könnte.</w:t>
      </w:r>
    </w:p>
    <w:p>
      <w:r/>
      <w:r>
        <w:t>Auf www.ausbildungohneschule.de berichte ich darüber, wie ich meine Ausbildung im Garten- und Landschaftsbau trotz Schulphobie und ganz ohne Berufsschulbesuch abgeschlossen habe. Der Weg war lang und vieles musste ich selbst herausfinden. Besonders schwierig war es, überhaupt eine Person zu finden, die wusste, welche Stellen einbezogen werden müssen.</w:t>
      </w:r>
    </w:p>
    <w:p>
      <w:r>
        <w:t>Die Webseite enthält meinen Erfahrungsbericht, eine einfache Orientierung für erste Schritte, Hinweise zu Vertrauenslehrkräften, Schule, Betrieb und Kammer sowie anpassbare Vorlagen. Sie ersetzt keine medizinische, psychologische oder rechtliche Beratung.</w:t>
      </w:r>
    </w:p>
    <w:p>
      <w:r>
        <w:t>Falls das Thema zu Ihrer Arbeit passt, können Sie den Flyer gerne auslegen oder den Link an Betroffene und Angehörige weitergeben.</w:t>
      </w:r>
    </w:p>
    <w:p>
      <w:r>
        <w:t>Kontakt: info@ausbildungohneschule.de</w:t>
      </w:r>
    </w:p>
    <w:p>
      <w:r>
        <w:t>Freundliche Grüße</w:t>
        <w:br/>
        <w:t>Tobias</w:t>
        <w:br/>
        <w:t>Ausbildung ohne Schule</w:t>
      </w:r>
    </w:p>
    <w:p>
      <w:r>
        <w:br w:type="page"/>
      </w:r>
    </w:p>
    <w:p>
      <w:pPr>
        <w:pStyle w:val="Heading1"/>
      </w:pPr>
      <w:r>
        <w:t>Informationsprojekt zu Ausbildung und eingeschränktem Berufsschulbesuch</w:t>
      </w:r>
    </w:p>
    <w:p>
      <w:r>
        <w:rPr>
          <w:b/>
        </w:rPr>
        <w:t xml:space="preserve">Betreff: </w:t>
      </w:r>
      <w:r>
        <w:t>Informationsprojekt zu Ausbildung und eingeschränktem Berufsschulbesuch</w:t>
      </w:r>
    </w:p>
    <w:p>
      <w:r>
        <w:t>Guten Tag,</w:t>
      </w:r>
    </w:p>
    <w:p>
      <w:r>
        <w:t>ich möchte Sie auf die Webseite „Ausbildung ohne Schule“ aufmerksam machen.</w:t>
      </w:r>
    </w:p>
    <w:p>
      <w:r>
        <w:t>Ich habe meine Ausbildung im Garten- und Landschaftsbau abgeschlossen, obwohl mir der regelmäßige Besuch der Berufsschule wegen einer Art Schulphobie nicht möglich war. Die Abstimmung mit Schule, Betrieb und Kammer war dabei unverzichtbar. Gleichzeitig habe ich erlebt, wie schwer es für Betroffene sein kann, die richtige Ansprechperson zu finden.</w:t>
      </w:r>
    </w:p>
    <w:p>
      <w:r>
        <w:t>Die Webseite beschreibt meinen persönlichen Weg und stellt Vorlagen sowie Hinweise zur Gesprächsvorbereitung bereit. Sie behauptet nicht, dass eine solche Lösung in jedem Fall möglich ist, und ersetzt keine rechtliche Beratung. Sie soll Auszubildenden helfen, ihre Situation frühzeitig offen anzusprechen und die zuständigen Stellen einzubeziehen.</w:t>
      </w:r>
    </w:p>
    <w:p>
      <w:r>
        <w:t>Vielleicht ist das Material für Ihre Ausbildungsberatung oder für Betriebe mit einem vergleichbaren Fall nützlich. Flyer und Faltblätter stehen auf der Webseite zum Download bereit.</w:t>
      </w:r>
    </w:p>
    <w:p>
      <w:r>
        <w:t>Webseite: www.ausbildungohneschule.de</w:t>
        <w:br/>
        <w:t>Kontakt: info@ausbildungohneschule.de</w:t>
      </w:r>
    </w:p>
    <w:p>
      <w:r>
        <w:t>Freundliche Grüße</w:t>
        <w:br/>
        <w:t>Tobias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