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Antrag auf Prüfung einer individuellen Lösung</w:t>
      </w:r>
    </w:p>
    <w:p>
      <w:r>
        <w:rPr>
          <w:b/>
        </w:rPr>
        <w:t>Name: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Adresse: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E-Mail / Telefon: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Ausbildungsberuf: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Ausbildungsbetrieb: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Zuständige Berufsschule / Kammer:</w:t>
      </w:r>
    </w:p>
    <w:p>
      <w:pPr>
        <w:spacing w:after="80"/>
      </w:pPr>
      <w:r>
        <w:t>________________________________________________________________________________</w:t>
      </w:r>
    </w:p>
    <w:p>
      <w:pPr>
        <w:pStyle w:val="Heading1"/>
      </w:pPr>
      <w:r>
        <w:t>Betreff: Prüfung einer individuellen Lösung zum Berufsschulbesuch während meiner Ausbildung</w:t>
      </w:r>
    </w:p>
    <w:p>
      <w:r>
        <w:t>Sehr geehrte Damen und Herren,</w:t>
      </w:r>
    </w:p>
    <w:p>
      <w:r>
        <w:t>ich absolviere eine Ausbildung als ________________________________.</w:t>
      </w:r>
    </w:p>
    <w:p>
      <w:r>
        <w:t>Aufgrund gesundheitlicher Einschränkungen ist mir der regelmäßige Besuch der Berufsschule derzeit nicht oder nur erheblich erschwert möglich. Eine fachliche Einschätzung hierzu kann vorgelegt werden.</w:t>
      </w:r>
    </w:p>
    <w:p>
      <w:r>
        <w:t>Ich bitte daher um Prüfung, ob für meine Ausbildung eine individuelle Lösung möglich ist, bei der der theoretische Ausbildungsstoff außerhalb des regulären Präsenzunterrichts bearbeitet werden kann.</w:t>
      </w:r>
    </w:p>
    <w:p>
      <w:r>
        <w:t>Mögliche Lösungen könnten sein:</w:t>
      </w:r>
    </w:p>
    <w:p>
      <w:pPr>
        <w:ind w:left="170"/>
      </w:pPr>
      <w:r>
        <w:t>☐ Bereitstellung von Unterrichtsmaterialien</w:t>
      </w:r>
    </w:p>
    <w:p>
      <w:pPr>
        <w:ind w:left="170"/>
      </w:pPr>
      <w:r>
        <w:t>☐ Aufgaben zur eigenständigen Bearbeitung</w:t>
      </w:r>
    </w:p>
    <w:p>
      <w:pPr>
        <w:ind w:left="170"/>
      </w:pPr>
      <w:r>
        <w:t>☐ Digitale oder schriftliche Rückmeldungen</w:t>
      </w:r>
    </w:p>
    <w:p>
      <w:pPr>
        <w:ind w:left="170"/>
      </w:pPr>
      <w:r>
        <w:t>☐ Reduzierte Präsenztermine</w:t>
      </w:r>
    </w:p>
    <w:p>
      <w:pPr>
        <w:ind w:left="170"/>
      </w:pPr>
      <w:r>
        <w:t>☐ Abstimmung mit dem Ausbildungsbetrieb</w:t>
      </w:r>
    </w:p>
    <w:p>
      <w:pPr>
        <w:ind w:left="170"/>
      </w:pPr>
      <w:r>
        <w:t>☐ Individuelle Prüfungsvorbereitung</w:t>
      </w:r>
    </w:p>
    <w:p>
      <w:pPr>
        <w:ind w:left="170"/>
      </w:pPr>
      <w:r>
        <w:t>☐ Andere geeignete Maßnahmen</w:t>
      </w:r>
    </w:p>
    <w:p>
      <w:r>
        <w:t>Mir ist bewusst, dass der prüfungsrelevante Stoff weiterhin vollständig erarbeitet werden muss. Ich bin bereit, die erforderlichen Inhalte eigenverantwortlich zu lernen und entsprechende Nachweise zu erbringen.</w:t>
      </w:r>
    </w:p>
    <w:p>
      <w:r>
        <w:t>Ich bitte um eine schriftliche Rückmeldung, welche Möglichkeiten in meinem Fall bestehen und welche Stelle für die weitere Entscheidung zuständig ist.</w:t>
      </w:r>
    </w:p>
    <w:p>
      <w:r>
        <w:t>Mit freundlichen Grüßen</w:t>
      </w:r>
    </w:p>
    <w:p>
      <w:r>
        <w:rPr>
          <w:b/>
        </w:rPr>
        <w:t>Ort, Datum: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Unterschrift: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314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31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2314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